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L'électronique ? rien de plus simple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Oehmichen, Jean-Pierre/ </w:t>
            </w:r>
          </w:p>
        </w:tc>
      </w:tr>
      <w:tr>
        <w:trPr>
          <w:trHeight w:val="567"/>
        </w:trPr>
        <w:tc>
          <w:tcPr>
            <w:tcW w:type="dxa" w:w="3000"/>
          </w:tcPr>
          <w:p>
            <w:r>
              <w:t>Edition</w:t>
            </w:r>
          </w:p>
        </w:tc>
        <w:tc>
          <w:tcPr>
            <w:tcW w:type="dxa" w:w="7000"/>
          </w:tcPr>
          <w:p>
            <w:r>
              <w:t>5e éd.</w:t>
            </w:r>
          </w:p>
        </w:tc>
      </w:tr>
      <w:tr>
        <w:trPr>
          <w:trHeight w:val="567"/>
        </w:trPr>
        <w:tc>
          <w:tcPr>
            <w:tcW w:type="dxa" w:w="3000"/>
          </w:tcPr>
          <w:p>
            <w:r>
              <w:t>Adresse bib.</w:t>
            </w:r>
          </w:p>
        </w:tc>
        <w:tc>
          <w:tcPr>
            <w:tcW w:type="dxa" w:w="7000"/>
          </w:tcPr>
          <w:p>
            <w:r>
              <w:t xml:space="preserve">ETSF/ </w:t>
            </w:r>
          </w:p>
        </w:tc>
      </w:tr>
      <w:tr>
        <w:trPr>
          <w:trHeight w:val="567"/>
        </w:trPr>
        <w:tc>
          <w:tcPr>
            <w:tcW w:type="dxa" w:w="3000"/>
          </w:tcPr>
          <w:p>
            <w:r>
              <w:t>Nombre de Pages</w:t>
            </w:r>
          </w:p>
        </w:tc>
        <w:tc>
          <w:tcPr>
            <w:tcW w:type="dxa" w:w="7000"/>
          </w:tcPr>
          <w:p>
            <w:r>
              <w:t>255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23 cm</w:t>
            </w:r>
          </w:p>
        </w:tc>
      </w:tr>
      <w:tr>
        <w:trPr>
          <w:trHeight w:val="567"/>
        </w:trPr>
        <w:tc>
          <w:tcPr>
            <w:tcW w:type="dxa" w:w="3000"/>
          </w:tcPr>
          <w:p>
            <w:r>
              <w:t>Collection</w:t>
            </w:r>
          </w:p>
        </w:tc>
        <w:tc>
          <w:tcPr>
            <w:tcW w:type="dxa" w:w="7000"/>
          </w:tcPr>
          <w:p>
            <w:r>
              <w:t>Nostalgie(N°:None)</w:t>
            </w:r>
          </w:p>
        </w:tc>
      </w:tr>
      <w:tr>
        <w:trPr>
          <w:trHeight w:val="567"/>
        </w:trPr>
        <w:tc>
          <w:tcPr>
            <w:tcW w:type="dxa" w:w="3000"/>
          </w:tcPr>
          <w:p>
            <w:r>
              <w:t>Numéro d'Identification</w:t>
            </w:r>
          </w:p>
        </w:tc>
        <w:tc>
          <w:tcPr>
            <w:tcW w:type="dxa" w:w="7000"/>
          </w:tcPr>
          <w:p>
            <w:r>
              <w:t>2100050222</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vulgarisation scientifique/ grandeurs électriques de base/ </w:t>
            </w:r>
          </w:p>
        </w:tc>
      </w:tr>
    </w:tbl>
    <w:p>
      <w:pPr>
        <w:pStyle w:val="Heading3"/>
      </w:pPr>
      <w:r>
        <w:t>Résumé :</w:t>
      </w:r>
    </w:p>
    <w:p>
      <w:r>
        <w:t xml:space="preserve">L'auteur explique les différents aspects de l'électronique tels que: capteurs, mesures nucléaires et chimiques, impédance de sortie et d'entrée, amplificateurs, multiplication et division de fréquence, discrimination, relais et moteurs, générateurs d'ultrasons, lasers, comptage électronique, circuits logiques et calcul électronique, etc. </w:t>
        <w:br/>
        <w:br/>
        <w:t>oui ! comme l'affirme le titre, rien n'est plus simple que l'électronique et ses applications pratiques un signal ont enregistré par un capteur, puis transformé de façon voulue pour agir sur un organe de commande. les ressources de la technique permettent d'imaginer de nombreuses variétés d'étages capteur, de transformation et de commande. ce sont ces multiples possibilités qui font l'objet de cet ouvrage. pour mieux faire comprendre tous les phénomènes mis en jeu, l'auteur, professeur à l'institut supérieur d'electronique du nord, a repris la méthode claire, plaisante et précise des célèbres ouvrages de e. aisberg, dont les dialogues de curiosus et ignotus sont maintenant légendaires. ce livre est plus qu'un excellent ouvrage d'initiation ; il permettra à beaucoup de spécialistes de la radio et de la télévision de compléter agréablement leurs connaissances dans le domaine de l'électronique industrielle.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