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917-939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réseau/ modèle OSI/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l'ensemble des concepts et des connaissances aujourd'hui indispensables à tout professionnel de l'informatique en matière de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