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Petit, jean Michel/ Arico, Sébastien/ Julien, Raymond/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9782100506552</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cytologie/ </w:t>
            </w:r>
          </w:p>
        </w:tc>
      </w:tr>
    </w:tbl>
    <w:p>
      <w:pPr>
        <w:pStyle w:val="Heading3"/>
      </w:pPr>
      <w:r>
        <w:t>Résumé :</w:t>
      </w:r>
    </w:p>
    <w:p>
      <w:r>
        <w:t>Ce Mini Manuel de Biologie cellulaire présente en 7 chapitres les concepts et connaissances de base sur la cellule vivante. Son organisation intime, ainsi que les mécanismes de signalisation et de régulation qui contrôlent le cycle et la mort cellulaires sont abordés de façon simple et actualisée. Une attention spéciale est accordée aux cellules souches et aux mécanismes conduisant à la cellule tumorale et au cancer.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