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à tubes pour guitare et hi-fi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Dutheil, Germain/ Brodier, Jean-Paul/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2866610547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amplificateurs à lampes/ dépannage électronique/ </w:t>
            </w:r>
          </w:p>
        </w:tc>
      </w:tr>
    </w:tbl>
    <w:p>
      <w:pPr>
        <w:pStyle w:val="Heading3"/>
      </w:pPr>
      <w:r>
        <w:t>Résumé :</w:t>
      </w:r>
    </w:p>
    <w:p>
      <w:r>
        <w:t>A moitié vrai, à moitié faux... En fait, le tube n'est jamais vraiment mort : il s'est maintenu face aux semi-conducteurs dans les amplificateurs d'instruments de musique, alors qu'il avait disparu un temps des appareils haute-fidélité, précisément là où il ne cesse de faire sa réapparition. Faut-il s'en étonner quand on sait que concepteurs et fabricants s'acharnent à reproduire, avec les semi-conducteurs modernes, le fameux " son " des tubes ? L'auteur y a bien décrit son expérience de nombreuses années de pratique des amplificateurs à tubes que ce livre apparaît d'emblée comme une référence moderne (et en français !) pour tous les amateurs de tubes, en particulier pour ceux qui s'intéressent non seulement au son, mais aussi à la technique des amplificateurs à tubes. Ce livre permet aussi à l'amateur qui le souhaite d'intervenir dans l'appareil pour en accorder le son à ses préférences. L'auteur commence à présenter les composants et les techniques des amplificateurs à tubes pour instruments de musique : diode, triode, pentode, étages d'entrée, correction de tonalité, déphasage, fonctionnement en classe A, push-pull, caractéristiques de tubes courants et autres renseignements généraux. Il présente ensuite des conseils pratiques pour la réparation des amplificateurs à tubes, entre autres la méthode de recherche des pannes, un recensement des pannes et leur suppression, étage par étage. Au passage, il propose aussi quelques améliorations d'appareils existants. Pour finir, le lecteur trouvera la description de trois appareils à construire soi-même : . Un amplificateur (de répétition) pour guitare de 6 W . Un amplificateur pour guitare de puissance moyenne . Un amplificateur haute-fidélité de puissance à tubes.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