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Abregé d'entomologie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Khelil, Mohamed Anouar/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entomologie/ </w:t>
            </w:r>
          </w:p>
        </w:tc>
      </w:tr>
    </w:tbl>
    <w:p>
      <w:pPr>
        <w:pStyle w:val="Heading3"/>
      </w:pPr>
      <w:r>
        <w:t>Résumé :</w:t>
      </w:r>
    </w:p>
    <w:p>
      <w:r>
        <w:t>Ce livere est dèstinè aux ètudiants de graduation des sciences de la nature pour l'illutration du cour de zoologie des invertèbres.c'est une ètude descriptive des insectes qui constitus le groupe le plus nombreux des etres vivantes.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