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aux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Pujolle, Guy/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2212091559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LAN/ WAN (Wide Area Network)/ </w:t>
            </w:r>
          </w:p>
        </w:tc>
      </w:tr>
    </w:tbl>
    <w:p>
      <w:pPr>
        <w:pStyle w:val="Heading3"/>
      </w:pPr>
      <w:r>
        <w:t>Résumé :</w:t>
      </w:r>
    </w:p>
    <w:p>
      <w:r>
        <w:t>Ce document présente une initiation aux réseaux, en abordant les concepts fondamentaux et les technologies qui les sous-tendent. Il explore les différents types de réseaux, leur architecture, ainsi que les éléments matériels et logiciels qui les composent. Les protocoles de communication sont expliqués, tout comme l’importance des adresses IP et du DNS. Le document traite également des enjeux de sécurité dans les réseaux, des menaces potentielles et des mesures de protection. Enfin, il aborde les technologies récentes, telles que le Wi-Fi et l’IoT, offrant une vue d’ensemble des tendances actuelles et des perspectives d’avenir dans le domaine des réseaux.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