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Nouveaux exercices d'algorithmique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Quercia,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271178990X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programmation dynamique/ approche pédagogique/ </w:t>
            </w:r>
          </w:p>
        </w:tc>
      </w:tr>
    </w:tbl>
    <w:p>
      <w:pPr>
        <w:pStyle w:val="Heading3"/>
      </w:pPr>
      <w:r>
        <w:t>Résumé :</w:t>
      </w:r>
    </w:p>
    <w:p>
      <w:r>
        <w:t>Cet ouvrage est un recueil d’exercices destinés aux étudiants et aux passionnés d’informatique souhaitant approfondir leurs connaissances en algorithmique. Cet ouvrage se concentre sur la pratique, offrant une variété d’exercices qui couvrent les concepts fondamentaux et avancés de l’algorithmique. ce livre est un excellent outil pour ceux qui souhaitent renforcer leurs compétences en algorithmique par la pratique, en leur offrant des exercices variés et des solutions claires.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