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Faune de la France. T8, en tableaux synoptiques illustres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Perrier, Rémy/ Séguy, Eugène/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2206001578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</w:tbl>
    <w:p>
      <w:pPr>
        <w:pStyle w:val="Heading3"/>
      </w:pPr>
      <w:r>
        <w:t>Résumé :</w:t>
      </w:r>
    </w:p>
    <w:p>
      <w:r>
        <w:t>L’ouvrage présente **les puces** (“Aphaniptères” = les insectes diptères sans ailes, comme les puces) appartenant au groupe des diptères, ou du moins traité dans ce cadre par Séguy sous la direction scientifique de Perrier.   ([Iberlibro (ES)][2])  Il aborde la morphologie, la terminologie spécifique, les différents genres &amp; espèces de puces, leur cycle de vie, le mode de reproduction, etc. On y trouve aussi des indications sur la récolte, la préparation des spécimens, et des tableaux synoptiques pour aider à l’identification.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