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traitement du signal , exercices, corrigés et rappels de cours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Duvaut, Patrick/ Michaut, François/ Chuc, Michel/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2866015290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du signal/ rappels de cours/ </w:t>
            </w:r>
          </w:p>
        </w:tc>
      </w:tr>
    </w:tbl>
    <w:p>
      <w:pPr>
        <w:pStyle w:val="Heading3"/>
      </w:pPr>
      <w:r>
        <w:t>Résumé :</w:t>
      </w:r>
    </w:p>
    <w:p>
      <w:r>
        <w:t>Forts de dix ans d'expériences dans l'enseignement, la pratique industrielle et les laboratoires de recherche, les auteurs réunissent dans ce livre les connaissances en TS et certaines applications associées, indispensables à une formation scientifique. Chaque thème abordé fait l'objet d'une fiche de cours très complète présentant les résultats essentiels, suivie d'énoncés d'exercices de base. Seuls les signaux numériques sont traités. Les thèmes retenus sont l'échantillonnage, le filtrage numérique, la transformée de Fourier discrète, les signaux aléatoires stationnaires, l'analyse spectrale non paramétrique et l'estimation linéaire supervisée.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