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et pratique de l'électronique.T1, calcul des circuits et fonctions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Dieuleveult, François 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Électronique(N°:None)</w:t>
            </w:r>
          </w:p>
        </w:tc>
      </w:tr>
      <w:tr>
        <w:trPr>
          <w:trHeight w:val="567"/>
        </w:trPr>
        <w:tc>
          <w:tcPr>
            <w:tcW w:type="dxa" w:w="3000"/>
          </w:tcPr>
          <w:p>
            <w:r>
              <w:t>Sous Collection</w:t>
            </w:r>
          </w:p>
        </w:tc>
        <w:tc>
          <w:tcPr>
            <w:tcW w:type="dxa" w:w="7000"/>
          </w:tcPr>
          <w:p>
            <w:r>
              <w:t>Série Principes électroniques(N°:None)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2100031627</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electronique générale/ théorie des circuit/ </w:t>
            </w:r>
          </w:p>
        </w:tc>
      </w:tr>
    </w:tbl>
    <w:p>
      <w:pPr>
        <w:pStyle w:val="Heading3"/>
      </w:pPr>
      <w:r>
        <w:t>Résumé :</w:t>
      </w:r>
    </w:p>
    <w:p>
      <w:r>
        <w:t>L'électronique occupe maintenant une place de tout premier plan dans la plupart des activités industrielles. Elle entre dans la composition de nombreux produits (appareils photographiques, automobiles, etc.). Il devient donc indispensable d'en connaître les principes, le vocabulaire, les composants et les méthodes de conception. Les deux tomes de cet ouvrage présentent de la manière la plus complète possible l'ensemble des techniques analogiques et numériques utilisées dans la conception des systèmes électroniques actuels. Une large partie de cet ouvrage est consacrée à la description de réalisations pratiques réelles illustrant les principes exposés dans les chapitres.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