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botanique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Ducreux, Georges/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 Biologie(N°:None)</w:t>
            </w:r>
          </w:p>
        </w:tc>
      </w:tr>
      <w:tr>
        <w:trPr>
          <w:trHeight w:val="567"/>
        </w:trPr>
        <w:tc>
          <w:tcPr>
            <w:tcW w:type="dxa" w:w="3000"/>
          </w:tcPr>
          <w:p>
            <w:r>
              <w:t>Notes Générales</w:t>
            </w:r>
          </w:p>
        </w:tc>
        <w:tc>
          <w:tcPr>
            <w:tcW w:type="dxa" w:w="7000"/>
          </w:tcPr>
          <w:p>
            <w:r>
              <w:t>Bibliogr. Index p.p 253-256</w:t>
            </w:r>
          </w:p>
        </w:tc>
      </w:tr>
      <w:tr>
        <w:trPr>
          <w:trHeight w:val="567"/>
        </w:trPr>
        <w:tc>
          <w:tcPr>
            <w:tcW w:type="dxa" w:w="3000"/>
          </w:tcPr>
          <w:p>
            <w:r>
              <w:t>Numéro d'Identification</w:t>
            </w:r>
          </w:p>
        </w:tc>
        <w:tc>
          <w:tcPr>
            <w:tcW w:type="dxa" w:w="7000"/>
          </w:tcPr>
          <w:p>
            <w:r>
              <w:t>2701130808</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biotechnologie/ glossaire botanique/ </w:t>
            </w:r>
          </w:p>
        </w:tc>
      </w:tr>
    </w:tbl>
    <w:p>
      <w:pPr>
        <w:pStyle w:val="Heading3"/>
      </w:pPr>
      <w:r>
        <w:t>Résumé :</w:t>
      </w:r>
    </w:p>
    <w:p>
      <w:r>
        <w:t>Cet ouvrage d'initiation à la botanique, très illustré, est une synthèse claire et concise des notions de base en biologie et phylogénie. Il présente les avancées remarquables dans les domaines de la biologie du développement, de la reproduction et de l'étude des mécanismes de différenciation et dédifférenciation de la cellule végétale, domaines qui ouvrent à de nombreuses applications en agronomie et en biotechnologies.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