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Mérat, R/ Moreau, R/ Allay, L/ Lafargue, J/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Etapes(N°:None)</w:t>
            </w:r>
          </w:p>
        </w:tc>
      </w:tr>
      <w:tr>
        <w:trPr>
          <w:trHeight w:val="567"/>
        </w:trPr>
        <w:tc>
          <w:tcPr>
            <w:tcW w:type="dxa" w:w="3000"/>
          </w:tcPr>
          <w:p>
            <w:r>
              <w:t>Numéro d'Identification</w:t>
            </w:r>
          </w:p>
        </w:tc>
        <w:tc>
          <w:tcPr>
            <w:tcW w:type="dxa" w:w="7000"/>
          </w:tcPr>
          <w:p>
            <w:r>
              <w:t>2091779911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amplificateurs linéaires/ régime sinusoïdal/ </w:t>
            </w:r>
          </w:p>
        </w:tc>
      </w:tr>
    </w:tbl>
    <w:p>
      <w:pPr>
        <w:pStyle w:val="Heading3"/>
      </w:pPr>
      <w:r>
        <w:t>Résumé :</w:t>
      </w:r>
    </w:p>
    <w:p>
      <w:r>
        <w:t>Cet ouvrage s'adresse aux utilisateurs de matériels électriques, techniciens ou non, qui ont besoin de disposer rapidement d'informations théoriques ou pratiques. il est également destiné à tous ceux qui ont besoin de disposer rapidement d'informations théoriques ou pratiques. il est également destiné à tous ceux qui souhaitent se familiariser avec l'électricité. parce qu'il regroupe les résultats essentiels de l'électricité élémentaire, cet ouvrage peut aussi constituer un aide-mémoire très utile aux étudiants et aux auditeurs de la formation permanente. les auteurs ont choisi de privilégier l'observation et l'exploitation d'expériences plutôt que l'exposé de théories et le recours aux mathématiques. ces connaissances peuvent suffire pour acquérir une bonne maîtrise de nombreux équipements électriques, la complexité des systèmes électriques excluant de plus en plus la possibilité d'acquérir les capacités nécessaires pour le dépannage et même parfois la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