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Campbell, Neil/ Reece, Jane/ Lachaîne , René/ Bosset,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Education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>
      <w:r>
        <w:t>Étudier la biologie, c'est découvrir une discipline à son apogée. Indissociable de la culture contemporaine, la biologie est plus visible et plus influente que jamais : des progrès remarquables ont amené une compréhension inégalée de la vie à chaque niveau de son organisation, des molécules à la biosphère en passant par les cellules et les écosystèmes.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