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mathématiques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Carbon, Michel/ Ghorbanzadeh, Dariush/ Marry, Pierre/ Reinhard, Hervé/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2100034642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Théorie du signal/ </w:t>
            </w:r>
          </w:p>
        </w:tc>
      </w:tr>
    </w:tbl>
    <w:p>
      <w:pPr>
        <w:pStyle w:val="Heading3"/>
      </w:pPr>
      <w:r>
        <w:t>Résumé :</w:t>
      </w:r>
    </w:p>
    <w:p>
      <w:r>
        <w:t>Ce recueil d'exercices résolus est le complément de l'ouvrage eléments de mathématiques du signal de h. reinhard. deux types d'exercices sont proposés ici. certains visent à l'appprentissage du maniement des concepts fondamentaux et peuvent de ce fait, sembler un peu abstraits. il convient cependant de ne pas les négliger car ils ont été sélectionnés pour permettre au lecteur d'éviter certaines idées fausses ainsi que des confusions avec des objets mathématiques déjà connus. d'autres sont orientés vers l'utilisation des concepts dans des applications pratiques. pour chaque exercice, le lecteur devrait essayer de chercher la solution question par question. une fois la réponse trouvée, ou en cas d'échec prolongé, on peut se reporter à la solution proposée et essayer de comprendre les erreurs ou les points de blocages éventuels avant de passer à la question suivante. la plupart des chapitres s'ouvrent sur un rappel des notions, théorèmes et notations les plus utilisés. il s'agit de simples rappels qui ne dispensent pas le lecteur de se reporter au chapitre correspondant du cours. un index des notations utilisées figure en tête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