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Plancton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Sardet, Christian/ </w:t>
            </w:r>
          </w:p>
        </w:tc>
      </w:tr>
      <w:tr>
        <w:trPr>
          <w:trHeight w:val="567"/>
        </w:trPr>
        <w:tc>
          <w:tcPr>
            <w:tcW w:type="dxa" w:w="3000"/>
          </w:tcPr>
          <w:p>
            <w:r>
              <w:t>Adresse bib.</w:t>
            </w:r>
          </w:p>
        </w:tc>
        <w:tc>
          <w:tcPr>
            <w:tcW w:type="dxa" w:w="7000"/>
          </w:tcPr>
          <w:p>
            <w:r>
              <w:t xml:space="preserve">Ulmer/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9782841386345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origines du vivant/ </w:t>
            </w:r>
          </w:p>
        </w:tc>
      </w:tr>
    </w:tbl>
    <w:p>
      <w:pPr>
        <w:pStyle w:val="Heading3"/>
      </w:pPr>
      <w:r>
        <w:t>Résumé :</w:t>
      </w:r>
    </w:p>
    <w:p>
      <w:r>
        <w:t>La quatrième de couverture indique : "Le plancton est l'ensemble des créatures qui dérivent au gré des courants et constituent 98 % de la biomasse des océans, alors que les organismes comme les poissons et les mammifères n'en représentent pas plus de 2 %... Nous lui devons la moitié de l'oxygène que nous respirons et c'est sur lui que repose toute la chaîne alimentaire des océans. Sans plancton... pas de poissons ! Dans ce très beau livre, ode aux origines et à la diversité du vivant, Christian Sard et révèle en 550 photos aussi belles qu'étranges ce monde secret. Il nous entraîne dans une plongée au cœur de l'évolution, aux origines de cette vie qui n'a cessé de se diversifier au sein des océans depuis plus de 3 milliards d'années."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