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en microélectronique à câblage imprimé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Dreyfus-Alain, Bertrand/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2743007362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câblage imprimé/ techniques de fabrication/ </w:t>
            </w:r>
          </w:p>
        </w:tc>
      </w:tr>
    </w:tbl>
    <w:p>
      <w:pPr>
        <w:pStyle w:val="Heading3"/>
      </w:pPr>
      <w:r>
        <w:t>Résumé :</w:t>
      </w:r>
    </w:p>
    <w:p>
      <w:r>
        <w:t>Voici le seul ouvrage en français qui couvre les trois domaines du montage, de l'assemblage et du lavage des microcircuits. il permet aux ingénieurs et aux techniciens des industries de l'électronique d'approfondir les fondements scientifiques des techniques qu'ils utilisent au quotidien. ce livre rapproche les procédés de fabrication industrielle des bases théoriques sur lesquelles ils reposent. il peut ainsi favoriser le dialogue entre concepteur et centre de production des microcircuits. chaque chapitre aborde, de façon détaillée et didactique, une catégorie de dispositif, d'outillage, d'équipement ou une technique particulière. conçu à l'usage des professionnels, technologie en microélectronique à câblage imprimé intéressera tous les secteurs d'activité de l'électronique : études de marché, conception en recherche, bureau des méthodes, approvisionnement, production, contrôle. il se révèlera également un incomparable manuel pour les étudiants des 3es cycles universitaires et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