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réseaux et télécoms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Salvatori, Olivier/ Pujolle, Guy/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548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533-548</w:t>
            </w:r>
          </w:p>
        </w:tc>
      </w:tr>
      <w:tr>
        <w:trPr>
          <w:trHeight w:val="567"/>
        </w:trPr>
        <w:tc>
          <w:tcPr>
            <w:tcW w:type="dxa" w:w="3000"/>
          </w:tcPr>
          <w:p>
            <w:r>
              <w:t>Numéro d'Identification</w:t>
            </w:r>
          </w:p>
        </w:tc>
        <w:tc>
          <w:tcPr>
            <w:tcW w:type="dxa" w:w="7000"/>
          </w:tcPr>
          <w:p>
            <w:r>
              <w:t>2212113307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internet/ architecture réseau/ </w:t>
            </w:r>
          </w:p>
        </w:tc>
      </w:tr>
    </w:tbl>
    <w:p>
      <w:pPr>
        <w:pStyle w:val="Heading3"/>
      </w:pPr>
      <w:r>
        <w:t>Résumé :</w:t>
      </w:r>
    </w:p>
    <w:p>
      <w:r>
        <w:t>Cet ouvrage, l’auteur aborde les concepts fondamentaux des réseaux informatiques, des protocoles de communication, ainsi que des architectures des systèmes de télécommunication. Le livre couvre des sujets variés tels que les réseaux locaux (LAN), les réseaux étendus (WAN), le fonctionnement d’Internet, les protocoles TCP/IP, ainsi que les technologies sans fil.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