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l'apprentissage automatique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Taffar,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9789961021323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linéaire/ système non linéaire/ </w:t>
            </w:r>
          </w:p>
        </w:tc>
      </w:tr>
    </w:tbl>
    <w:p>
      <w:pPr>
        <w:pStyle w:val="Heading3"/>
      </w:pPr>
      <w:r>
        <w:t>Résumé :</w:t>
      </w:r>
    </w:p>
    <w:p>
      <w:r>
        <w:t>l'apprentissage automatique ou artificiel est l'une des plus importantes disciplines que l'intelligence artificiel est l'une la premiére étape dans le processus de construction de modéles intelligents . c'est apprentissage consiste en l'écriture d'algorithmes permettant de doter la machine d'une  connaissance préalable sur un sujet particulier avant de lui donner une autonomie à agir seule face à des cas jamais vue auparavant , ce livre traite la maniére de concevoir u modéle une connaissance puis un intelligence lui agréant des actes face à de nouveaux échantillons de son environnement réel.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