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GIMP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Pruitt, Joshua/ Pruitt, Ramona/ Duclos, Jérôme/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L'intro(N°:None)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293-297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2744008168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logiciel libre/ manipulation d’image/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 est une ressource précieuse pour les débutants et les utilisateurs intermédiaires qui souhaitent améliorer leur maîtrise de GIMP, que ce soit pour des projets personnels ou professionnels.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