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convertisseurs de l'électronique de puissance. V3, La conversion continu-continu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Bausière, Robert/ Seguier, Guy/ Labrique,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VII-381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477-504.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2852068079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conversion continu-continu/ convertisseur électrique/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 les bases générales des convertisseurs (générateurs et récepteurs) et présente en détail les structures de conversion continu-continu sans transformateur intermédiaire, notamment les hacheurs et alimentations à découpage. Il décrit le fonctionnement et les caractéristiques de ces convertisseurs, en mettant en avant le rôle des semi-conducteurs de puissance en commutation.</w:t>
        <w:br/>
        <w:br/>
        <w:br/>
        <w:br/>
        <w:t>L’ouvrage aborde également les circuits d’aide à la commutation, ainsi que les convertisseurs continu-continu à interrupteurs résonnants. Des appendices sont consacrés à l’application des hacheurs à la fraction électrique et aux méthodes de réduction des surtensions au blocage des interrupteurs.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