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Marks, Dawn B./ Cartier, Nathalie/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Pradel/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2913996507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biochimie Précis/ </w:t>
            </w:r>
          </w:p>
        </w:tc>
      </w:tr>
    </w:tbl>
    <w:p>
      <w:pPr>
        <w:pStyle w:val="Heading3"/>
      </w:pPr>
      <w:r>
        <w:t>Résumé :</w:t>
      </w:r>
    </w:p>
    <w:p>
      <w:r>
        <w:t>Un manuel de biochimie destiné aux étudiants de 1re et 2e années de médecine. Une préparation efficace au concours. - pour réviser en profondeur les cours ; - pour s'auto-évaluer avec des questions types ; - pour aller à l'essentiel juste avant les épreuves.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