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estimation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Declercq, David/ Quinquis, André/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2866015533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théorie de la détection/ signaux aléatoires/ </w:t>
            </w:r>
          </w:p>
        </w:tc>
      </w:tr>
    </w:tbl>
    <w:p>
      <w:pPr>
        <w:pStyle w:val="Heading3"/>
      </w:pPr>
      <w:r>
        <w:t>Résumé :</w:t>
      </w:r>
    </w:p>
    <w:p>
      <w:r>
        <w:t>Composée de quatre volumes, la collection signaux et systèmes en questions répond à la nécessité pour l'étudiant ou l'ingénieur d'affronter les problèmes liés au traitement du signal et comble une lacune. elle présente le traitement du signal sous une forme originale, celle des questions et des réponses. a chaque question correspondent un développement, un exemple et/ou une figure. ces éléments permettent au lecteur d'appréhender tous les aspects des technologies traitées. les auteurs david declercq ingénieur ensea. andré quinquis est enseignant-chercheur en traitement du signal à l'ensieta et à l'université de bretagne occidentale à brest. l'une des principales motivations des traiteurs de signaux a toujours été de mieux appréhender le monde par les signaux qui nous parviennent. il importe donc de détecter ces signaux et d'estimer les grandeurs que l'on recherche. après quelques notions de communications numériques, les auteurs présentent un tour d'horizon des méthodes de détection et d'estimation en les illustrant par des exemples précis. puis ils introduisent quelques aspects du traitement du signal lorsque ce dernier ne possède pas de bonnes propriétés.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