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Seize problémes d'informatique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Petazzoni, Bruno/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Scopos(N°:8)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9783540673873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Caml (langage de programmation)/ réseau informatique/ </w:t>
            </w:r>
          </w:p>
        </w:tc>
      </w:tr>
    </w:tbl>
    <w:p>
      <w:pPr>
        <w:pStyle w:val="Heading3"/>
      </w:pPr>
      <w:r>
        <w:t>Résumé :</w:t>
      </w:r>
    </w:p>
    <w:p>
      <w:r>
        <w:t>16 problèmes avec leur corrigé complet, des notes historiques et bibliographiques.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