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électrocinétiques et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Denève,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272988887x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Recueil d'exercices et de problèmes, avec rappel de cours, destiné aux élèves des classes préparatoires scientifiques et aux étudiants du premier cycle de l'enseignement supérieur.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