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capteurs en instrumentation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Asch, Georges/ Desgoutte, Pierre/ André, P/ Desjardins, Marc/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 p.p. 783-788</w:t>
            </w:r>
          </w:p>
        </w:tc>
      </w:tr>
      <w:tr>
        <w:trPr>
          <w:trHeight w:val="567"/>
        </w:trPr>
        <w:tc>
          <w:tcPr>
            <w:tcW w:type="dxa" w:w="3000"/>
          </w:tcPr>
          <w:p>
            <w:r>
              <w:t>Numéro d'Identification</w:t>
            </w:r>
          </w:p>
        </w:tc>
        <w:tc>
          <w:tcPr>
            <w:tcW w:type="dxa" w:w="7000"/>
          </w:tcPr>
          <w:p>
            <w:r>
              <w:t>2040156356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instrumentation industrielle/ capteur optique/ </w:t>
            </w:r>
          </w:p>
        </w:tc>
      </w:tr>
    </w:tbl>
    <w:p>
      <w:pPr>
        <w:pStyle w:val="Heading3"/>
      </w:pPr>
      <w:r>
        <w:t>Résumé :</w:t>
      </w:r>
    </w:p>
    <w:p>
      <w:r>
        <w:t>Cet ouvrage constitue une référence sur les capteurs utilisés dans l’instrumentation industrielle au début des années 1980. il propose une présentation claire et méthodique des principes physiques exploités pour la mesure, des technologies de fabrication disponibles à l’époque et des domaines d’application en milieu industriel.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