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Électronique des impulsions.T2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Metzger, Georges/ Vabre, Jean-Paul/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2ème édition. revue et corrigée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Techniques de base de l'informatique(N°:None)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188-189.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2225420645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circuits impulsions/ électronique des impulsions/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