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Biologie animale. invertébrés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Maissiat, James/ Picaud, Jean- Louis/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IX-239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sup.(N°:None)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2100039490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animale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invertébrés/ </w:t>
            </w:r>
          </w:p>
        </w:tc>
      </w:tr>
    </w:tbl>
    <w:p>
      <w:pPr>
        <w:pStyle w:val="Heading3"/>
      </w:pPr>
      <w:r>
        <w:t>Résumé :</w:t>
      </w:r>
    </w:p>
    <w:p>
      <w:r>
        <w:t>Cet ouvrage présente des bases générales mais solides sur la biologie des invertébrés qui rassemblent à eux seuls la presque totalité des espèces animales connues. Dans cette deuxième édition revue et corrigée, chaque chapitre se termine par des QCM pour contrôler soi-même ses connaissances et évaluer immédiatement le degré de compréhension auquel on est parvenu.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