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numerique.T2, acquisition, conversion et restitution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Delsol,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numérique/ restitution de donnée/ </w:t>
            </w:r>
          </w:p>
        </w:tc>
      </w:tr>
    </w:tbl>
    <w:p>
      <w:pPr>
        <w:pStyle w:val="Heading3"/>
      </w:pPr>
      <w:r>
        <w:t>Résumé :</w:t>
      </w:r>
    </w:p>
    <w:p>
      <w:r>
        <w:t>L’ouvrage « Electronique numérique : Tome 2 – Acquisition, conversion et restitution de données » de R. Delsol est centré sur les méthodes techniques permettant de convertir un signal analogique en numérique, de le traiter, puis éventuellement de le restituer en tant que signal analogique. On y trouve des éléments indispensables comme la théorie des convertisseurs A/N et N/A, les principes d’échantillonnage, les problématiques de précision, ainsi que les circuits logiques servant à mettre en œuvre ces fonctions.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