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Alarmes et sécurité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Cadinot, Hervé/ </w:t>
            </w:r>
          </w:p>
        </w:tc>
      </w:tr>
      <w:tr>
        <w:trPr>
          <w:trHeight w:val="567"/>
        </w:trPr>
        <w:tc>
          <w:tcPr>
            <w:tcW w:type="dxa" w:w="3000"/>
          </w:tcPr>
          <w:p>
            <w:r>
              <w:t>Adresse bib.</w:t>
            </w:r>
          </w:p>
        </w:tc>
        <w:tc>
          <w:tcPr>
            <w:tcW w:type="dxa" w:w="7000"/>
          </w:tcPr>
          <w:p>
            <w:r>
              <w:t xml:space="preserve">ETSF/ Dunod/ </w:t>
            </w:r>
          </w:p>
        </w:tc>
      </w:tr>
      <w:tr>
        <w:trPr>
          <w:trHeight w:val="567"/>
        </w:trPr>
        <w:tc>
          <w:tcPr>
            <w:tcW w:type="dxa" w:w="3000"/>
          </w:tcPr>
          <w:p>
            <w:r>
              <w:t>Nombre de Pages</w:t>
            </w:r>
          </w:p>
        </w:tc>
        <w:tc>
          <w:tcPr>
            <w:tcW w:type="dxa" w:w="7000"/>
          </w:tcPr>
          <w:p>
            <w:r>
              <w:t>217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2100044311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systèmes d’alarme/ détecteurs techniques/ </w:t>
            </w:r>
          </w:p>
        </w:tc>
      </w:tr>
    </w:tbl>
    <w:p>
      <w:pPr>
        <w:pStyle w:val="Heading3"/>
      </w:pPr>
      <w:r>
        <w:t>Résumé :</w:t>
      </w:r>
    </w:p>
    <w:p>
      <w:r>
        <w:t>Qui n'a jamais connu l'appréhension de découvrir, en retour de week-end ou de vacances, son habitation vidée, voire dévastée, après le passage de cambrioleurs ? vol de véhicule, intrus dons la maison, fuite d'eau, départ d'incendie... les sujets de tracas sont divers et variés quand il s'agit de protéger ses biens et sa famille. des solutions performantes existent qui permettent d'éviter très souvent que ces tracas se transforment en une réalité bien plus triste et désespérante. c'est le propos de cet ouvrage que de présenter en détail tous les maillons d'un système d'alarme, tant d'un point de vue théorique que pratique, et de délivrer toute une panoplie de dispositifs électroniques d'alarmes et de sécurité à réaliser soi-même. très détaillés, ces montages électroniques ont été conçus par l'auteur pour être mis à la portée de tous, débutants ou confirmés. ils permettront la réalisation personnalisée de systèmes d'alarme ou amélioreront un système déjà en place. quelques cas particuliers sont résolus par des dispositifs à liaisons hf. la personnalisation de ces réalisations et les astuces d'installation proposées par l'auteur dérouteront plus aisément les cambrioleurs, qui sont souvent aidés dans leurs exactions par une bonne, voire excellente connaissance des systèmes commercialisés.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