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L'Indispensable pour la micro-édition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Virga/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Marabout/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Marabout service(N°:None)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9782501010764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micro-ordinateur/ micro-informatique/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le point sur les techniques de pointe en pleine évolution qui intéresse tous les utilisateurs de micro-ordinateurs</w:t>
        <w:br/>
        <w:br/>
        <w:t>il présente par ordre alphabétique tous les mots et concepts de la micro-ordinateurs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