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corrigés en biologie évolutive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Bronnerv, Gisèle/ Clamens, Alex/ Lachaume, Philippe/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sciences de la vie et de la terre(N°:None)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9782340021433</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manuels d'enseignement supérieur/ questions à choix multiple/ </w:t>
            </w:r>
          </w:p>
        </w:tc>
      </w:tr>
    </w:tbl>
    <w:p>
      <w:pPr>
        <w:pStyle w:val="Heading3"/>
      </w:pPr>
      <w:r>
        <w:t>Résumé :</w:t>
      </w:r>
    </w:p>
    <w:p>
      <w:r>
        <w:t>Cet ouvrage rassemble des exercices et des problèmes proposés en Licence dans le cadre d'un module consacré à la Biologie de l'Evolution. Les sujets abordent des thématiques variées et ont été conçus par les auteurs à partir d'articles scientifiques récents.</w:t>
        <w:br/>
        <w:br/>
        <w:br/>
        <w:br/>
        <w:t>Les sujets sont regroupés en cinq chapitres : histoire des idées, espèce et spéciation, les moteurs de l'évolution, les phylogénies et l'évo-dévo. Chaque chapitre comporte un rappel de cours, quelques questions de type QCM ainsi que des exercices et des problèmes corrigés. Des sujets transversaux qui font appel aux connaissances des différents chapitres sont également proposés dans une dernière partie. Les corrigés sont détaillés et rédigés comme attendus de la part des étudiants.</w:t>
        <w:br/>
        <w:br/>
        <w:br/>
        <w:br/>
        <w:t>Ce livre s'adresse aux étudiants de Licence et Master en biologie, aux étudiants qui préparent les concours de recrutement de l'enseignement et aux étudiants de classe préparatoire BCPST. Les enseignants de ces différents niveaux, ainsi que ceux exerçant au lycée, y trouveront des idées de sujets à proposer à leurs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