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QCM : 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Callen, Jean-Claude/ Charret, Renée/ Clérot,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2100484303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 eucaryote/ </w:t>
            </w:r>
          </w:p>
        </w:tc>
      </w:tr>
    </w:tbl>
    <w:p>
      <w:pPr>
        <w:pStyle w:val="Heading3"/>
      </w:pPr>
      <w:r>
        <w:t>Résumé :</w:t>
      </w:r>
    </w:p>
    <w:p>
      <w:r>
        <w:t>ce QCM constitue un outil de travail tout à fait original : non seulement un moyen d'auto-évaluation des connaissances, mais aussi un aide-mémoire des notions fondamentales de la discipline et un répertoire des principales confusions à éviter. 12 chapitres x 11 questions x 5 choix = 660 façons de se tester (et de tester les autres).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