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Tourte, Monique/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9782100558155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technologie des cellules/ </w:t>
            </w:r>
          </w:p>
        </w:tc>
      </w:tr>
    </w:tbl>
    <w:p>
      <w:pPr>
        <w:pStyle w:val="Heading3"/>
      </w:pPr>
      <w:r>
        <w:t>Résumé :</w:t>
      </w:r>
    </w:p>
    <w:p>
      <w:r>
        <w:t>cette introduction à la biologie cellulaire résume l’état des connaissances actuelles sur les cellules procaryotes et eucaryotes, animales et végétales. Contenu : •• Les composants de la cellule •• Les organites pourvoyeurs d’énergie •• La communauté cellulaire •• Les cellules souches Les •• L’essentiel à savoir •• Plus de 100 illustrations ••Une nouvelle section sur les cellules souches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