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Darribère, Thierry/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9782701134079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Public concerné : étudiants de DEUG et de licence, étudiants de PCEM, de pharmacie et des écoles vétérinaires, candidats au CAPES et à l'agrégation.</w:t>
        <w:br/>
        <w:br/>
        <w:br/>
        <w:br/>
        <w:t>Ce livre est une introduction à la biologie du développement des vertébrés à travers le modèle amphibien. Il est l'exposé le plus à jour des découvertes ayant renouvelé les connaissances dans ce domaine et présente les expériences et méthodes les plus importantes. Conçu avant tout pour les étudiants des classes préparatoires et du Ier cycle universitaire en biologie et en médecine, il offre un pré requis indispensable à ceux qui s'engagent dans les licences de formation des maîtres, de biologie cellulaire et de physiologie.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