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 et électroniques.T1,classes de mathématiques supérieures et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Vuibert-prépa(N°:None)</w:t>
            </w:r>
          </w:p>
        </w:tc>
      </w:tr>
      <w:tr>
        <w:trPr>
          <w:trHeight w:val="567"/>
        </w:trPr>
        <w:tc>
          <w:tcPr>
            <w:tcW w:type="dxa" w:w="3000"/>
          </w:tcPr>
          <w:p>
            <w:r>
              <w:t>Sous Collection</w:t>
            </w:r>
          </w:p>
        </w:tc>
        <w:tc>
          <w:tcPr>
            <w:tcW w:type="dxa" w:w="7000"/>
          </w:tcPr>
          <w:p>
            <w:r>
              <w:t>écoles de commerce(N°:None)</w:t>
            </w:r>
          </w:p>
        </w:tc>
      </w:tr>
      <w:tr>
        <w:trPr>
          <w:trHeight w:val="567"/>
        </w:trPr>
        <w:tc>
          <w:tcPr>
            <w:tcW w:type="dxa" w:w="3000"/>
          </w:tcPr>
          <w:p>
            <w:r>
              <w:t>Numéro d'Identification</w:t>
            </w:r>
          </w:p>
        </w:tc>
        <w:tc>
          <w:tcPr>
            <w:tcW w:type="dxa" w:w="7000"/>
          </w:tcPr>
          <w:p>
            <w:r>
              <w:t>2711723658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électrique/ problème et exercice/ circuit électronique/ </w:t>
            </w:r>
          </w:p>
        </w:tc>
      </w:tr>
    </w:tbl>
    <w:p>
      <w:pPr>
        <w:pStyle w:val="Heading3"/>
      </w:pPr>
      <w:r>
        <w:t>Résumé :</w:t>
      </w:r>
    </w:p>
    <w:p>
      <w:r>
        <w:t>Cet ouvrage constitue une référence incontournable pour les étudiants en classes préparatoires scientifiques (mathématiques supérieures et spéciales) ainsi que pour le premier cycle universitaire. Il aborde de façon claire et structurée les notions fondamentales relatives aux circuits électriques et électroniques. La progression couvre les bases de l’électricité, l’étude des composants (résistances, condensateurs, inductances, diodes, transistors) et l’analyse des systèmes électroniques. Un soin particulier est accordé à l’application pratique des notions théoriques à travers des exercices variés et des problèmes corrigés, permettant aux étudiants de consolider leurs acquis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