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Émetteurs et récepteurs HF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Cadinot, Hervé/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210005368X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hautes fréquences (HF)/ applications vidéo/ </w:t>
            </w:r>
          </w:p>
        </w:tc>
      </w:tr>
    </w:tbl>
    <w:p>
      <w:pPr>
        <w:pStyle w:val="Heading3"/>
      </w:pPr>
      <w:r>
        <w:t>Résumé :</w:t>
      </w:r>
    </w:p>
    <w:p>
      <w:r>
        <w:t>Dans son précédent ouvrage intitulé radiocommandes à modules hf, hervé cadinot nous vante les mérites des petits modules hf : pratiques, faciles d'utilisation, de plus en plus évolués et permettant à tous la réalisation de dispositifs simples de commande à distance. dans le présent livre, il met en œuvre de nouveaux modules pour nous proposer un panel d'applications, aussi intéressantes que variées, dans les domaines de l'audio et de la vidéo. vous pourrez, par exemple, réaliser un baby-sitter audio-vidéo, invention originale permettant la surveillance de bébé à partir de n'importe quelle pièce de la maison. par ailleurs, en complément de son premier ouvrage sur les modules hf, l'auteur propose ici de nouvelles radiocommandes évoluées, aux spécificités étonnantes. amateurs d'électronique, de hi-fi et d'appareils audio-vidéo en tous genres, vous allez trouver dans emetteurs et récepteurs hf matière à vous occuper et vous amuser de façon utile et attrayante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