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Chevalier, Gérard/ Chevalier, Bruno/ Chauveau, Jean-Claude/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Casteilla/ EL educalivre/ </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Mémotech(N°:None)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2713517559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électronique de puissance/ </w:t>
            </w:r>
          </w:p>
        </w:tc>
      </w:tr>
    </w:tbl>
    <w:p>
      <w:pPr>
        <w:pStyle w:val="Heading3"/>
      </w:pPr>
      <w:r>
        <w:t>Résumé :</w:t>
      </w:r>
    </w:p>
    <w:p>
      <w:r>
        <w:t>Dans tous les systèmes, aussi simples qu'ils soient, l'électronique est plus que jamais présente.</w:t>
        <w:br/>
        <w:br/>
        <w:t>le formidable développement de cette technologie exige la formation d'électroniciens de tous niveaux de plus en plus nombreux et de plus en plus compétents.</w:t>
        <w:br/>
        <w:br/>
        <w:t>la conception, la réalisation et la maintenance des ensembles électroniques s'informatisent sans cesse mais, parallèlement, les sources d'information et la documentation écrites sur ces sujets n'ont jamais été aussi abondantes. c'est bien la preuve que la masse des connaissances nécessaires est de plus en plus grande et que tous les moyens sont indispensables pour alléger la tâche des individus concernés.</w:t>
        <w:br/>
        <w:br/>
        <w:t>pour leur éviter de longues et fastidieuses recherches, il était devenu indispensable de mettre au point un ouvrage, aussi complet que possible, constituant une véritable banque de données destinée à fournir, en temps réel, tous les renseignements exigés pour la conception, la réalisation et la maintenance des ensembles électroniques.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