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Appareils et méthodes en 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Hainque/ Bruno, Baudin/ Philippe, Lefebvre/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9782257165459</w:t>
            </w:r>
          </w:p>
        </w:tc>
      </w:tr>
    </w:tbl>
    <w:p>
      <w:pPr>
        <w:pStyle w:val="Heading3"/>
      </w:pPr>
      <w:r>
        <w:t>Résumé :</w:t>
      </w:r>
    </w:p>
    <w:p>
      <w:r>
        <w:t>Appareils et méthodes en biochimie et biologie moléculaire, 2° Ed. expose de façon complète et pratique toutes les méthodes de laboratoire utilisées en biochimie et biologie moléculaire : les unités, l'instrumentation, la préparation des réactifs et des échantillons biologiques, les méthodes d'extraction et de fractionnement, toutes les méthodes spectroscopiques, enzymatiques, immunologiques, chromatographiques, la purification des macromolécules par chromatographie liquide, les méthodes d'étude structurale des macromolécules, la spectrométrie de masse, les méthodes électrochimiques, potentiométriques, isotopiques , toutes les méthodes en biologie moléculaire avec leurs principes, leurs outils, le clonage de l'ADN, les puces à ADN, les interactions ligands-récepteurs et acides nucléiques-protéines. Dans tous les chapitres, sont décrits les outils, les méthodes, leurs résultats, faisant de ce livre un outil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