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Mutation d'un virus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Ludwig, Mark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Addison-Wesley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Vie artificielle(N°:None)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361-365. Index p.p. 367-372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287908086x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virus informatique/ simulation informatique/ </w:t>
            </w:r>
          </w:p>
        </w:tc>
      </w:tr>
    </w:tbl>
    <w:p>
      <w:pPr>
        <w:pStyle w:val="Heading3"/>
      </w:pPr>
      <w:r>
        <w:t>Résumé :</w:t>
      </w:r>
    </w:p>
    <w:p>
      <w:r>
        <w:t>Mutation d’un virus  (titre original en anglais) est un ouvrage de Mark A. Ludwig, publié en 1994 – rééd. 1996 – dans la collection Vie artificielle, [Fondation][2]). Cet ouvrage constitue une suite approfondie à Naissance d’un virus  et explore les ponts entre les virus informatiques  et les principes de la vie et de l’évolution naturelle, en croisant perspectives scientifiques, philosophiques et informatiques.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