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PASS UE2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Fradagrada, Alexandre/ Furelaud,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9782100809820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cellule procaryote/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est conçu pour les aider à assimiler le cours de Biologie cellulaire et à réussir leurs examens.</w:t>
        <w:br/>
        <w:br/>
        <w:t>Un cours complet</w:t>
        <w:br/>
        <w:br/>
        <w:br/>
        <w:br/>
        <w:t>Toutes les notions du programme.</w:t>
        <w:br/>
        <w:br/>
        <w:t>De nombreux exemples et illustrations.</w:t>
        <w:br/>
        <w:br/>
        <w:t>Des conseils pour les épreuves.</w:t>
        <w:br/>
        <w:br/>
        <w:t>La synthèse des savoir-faire à maîtriser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