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Donnini, Jean-Marie/ Quaranta, Lucien/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IX-209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la physique(N°:None)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2225830452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chaîne électronique/ </w:t>
            </w:r>
          </w:p>
        </w:tc>
      </w:tr>
    </w:tbl>
    <w:p>
      <w:pPr>
        <w:pStyle w:val="Heading3"/>
      </w:pPr>
      <w:r>
        <w:t>Résumé :</w:t>
      </w:r>
    </w:p>
    <w:p>
      <w:r>
        <w:t>Cet ouvrage constitue une introduction à l'électronique analogique. Après un premier chapitre sur les matériaux semi-conducteurs utilisé dans l'élaboration des composants, les chapitres 2 à 5 présentent les caractéristiques des principaux composants. L'amplificateur opérationnel, exemple de circuit intégré, fait l'objet des chapitres 6 et 7. Le dernier chapitre aborde la notion de chaîne électronique et permet d'entrevoir l'électronique de puissance et d'évoquer de façon élémentaire la rétroaction positive et l'auto-oscillation. 27 exemples commentés, intitulés Compléments pratiques, présentent des montages particuliers ou des calculs concrets. 33 exercices corrigés permettent de vérifier que le cours a bien été compris. Les étudiants des DEUG Sciences, en particulier ceux de la filière SM. Les élèves des BTS et des IUT qui reçoivent un enseignement d'électronique. Les candidats aux concours d'enseignement.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