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cellule eucaryote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Cornec,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9782804184674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d'abord définie structuro-fonctionnellement et génétiquement, puis appréhendée dans le cadre de la multicellularité et enfin, elle est replacée dans le contexte de l'évolution.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