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Robert, Daniel/ Vian, Brigitte/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Rueil-Malmaison/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2704011699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introduction complète et structurée à la **biologie cellulaire**, discipline fondamentale pour comprendre le fonctionnement du vivant au niveau microscopique. Il présente de manière claire et pédagogique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