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10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Salvy, Pierre/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313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9782409004391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windows 10 (système d'exploitation des ordinateurs)/ technique administrateur/ </w:t>
            </w:r>
          </w:p>
        </w:tc>
      </w:tr>
    </w:tbl>
    <w:p>
      <w:pPr>
        <w:pStyle w:val="Heading3"/>
      </w:pPr>
      <w:r>
        <w:t>Résumé :</w:t>
      </w:r>
    </w:p>
    <w:p>
      <w:r>
        <w:t>Ce livre s'adresse à un public technique d'administrateurs en charge de la mise en oeuvre et de la maintenance quotidienne de postes de travail sous Windows 10 dans un environnement d'entreprise. Il permet une montée en compétences sur les fonctionnalités et les bonnes pratiques de gestion et de maintenance de Windows 10 et apporte également un contenu technique utilisable quotidiennement comme source d'informations.</w:t>
        <w:br/>
        <w:br/>
        <w:br/>
        <w:br/>
        <w:t>Sur les premiers chapitres vous découvrirez les différentes éditions du produit, les méthodes d'installation, qu'elles soient standards, multiples ou virtuelles mais aussi les techniques de migration vers Windows 10.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