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583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561-583</w:t>
            </w:r>
          </w:p>
        </w:tc>
      </w:tr>
      <w:tr>
        <w:trPr>
          <w:trHeight w:val="567"/>
        </w:trPr>
        <w:tc>
          <w:tcPr>
            <w:tcW w:type="dxa" w:w="3000"/>
          </w:tcPr>
          <w:p>
            <w:r>
              <w:t>Numéro d'Identification</w:t>
            </w:r>
          </w:p>
        </w:tc>
        <w:tc>
          <w:tcPr>
            <w:tcW w:type="dxa" w:w="7000"/>
          </w:tcPr>
          <w:p>
            <w:r>
              <w:t>9782746099241</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sites web/ </w:t>
            </w:r>
          </w:p>
        </w:tc>
      </w:tr>
    </w:tbl>
    <w:p>
      <w:pPr>
        <w:pStyle w:val="Heading3"/>
      </w:pPr>
      <w:r>
        <w:t>Résumé :</w:t>
      </w:r>
    </w:p>
    <w:p>
      <w:r>
        <w:t>Ce livre sur PHP 7.0 s'adresse aux concepteurs et développeurs qui souhaitent utiliser PHP pour développer un site Web dynamique et interactif. Après une présentation des principes de base du langage, l'auteur se focalise sur les besoins spécifiques du développement de sites dynamiques et interactifs et s'attache à apporter des réponses précises et complètes aux problématiques habituelles (gestion des formulaires, accès aux bases de données, gestion des sessions, envoi de courriers électroniques...).</w:t>
        <w:br/>
        <w:br/>
        <w:t>Pour toutes les fonctionnalités détaillées, de nombreux exemples de code sont présentés et commentés. Ce livre didactique, à la fois complet et synthétique, vous permet d'aller droit au but c'est l'ouvrage idéal pour se lancer sur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