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Windows 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Salvy,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Certifications(N°:None)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9782409001574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windows 10 (système d'exploitation des ordinateurs)/ </w:t>
            </w:r>
          </w:p>
        </w:tc>
      </w:tr>
    </w:tbl>
    <w:p>
      <w:pPr>
        <w:pStyle w:val="Heading3"/>
      </w:pPr>
      <w:r>
        <w:t>Résumé :</w:t>
      </w:r>
    </w:p>
    <w:p>
      <w:r>
        <w:t>L'examen 70-697 Configuring Windows Devices, est l'un des deux examens requis pour obtenir la certification MCSA Windows 10. Cet examen 70-697 se prépare en deux étapes et ce livre correspond à la seconde de ces étapes : déploiement et gestion de Windows 10 via des services d'entreprise.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