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Word 2016 pour Mac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 bureautique(N°:None)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411-422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9782409004216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interface/ gestion documentaire/ </w:t>
            </w:r>
          </w:p>
        </w:tc>
      </w:tr>
    </w:tbl>
    <w:p>
      <w:pPr>
        <w:pStyle w:val="Heading3"/>
      </w:pPr>
      <w:r>
        <w:t>Résumé :</w:t>
      </w:r>
    </w:p>
    <w:p>
      <w:r>
        <w:t>Ce guide pratique de 250 pages, publié le 12 octobre 2016, s'adresse à toute personne souhaitant découvrir et approfondir Microsoft Word 2016 sur Mac Le livre couvre :</w:t>
        <w:br/>
        <w:br/>
        <w:t>•</w:t>
        <w:tab/>
        <w:t xml:space="preserve">L’environnement de travail : prise en main de l’interface, du ruban, personnalisation via le volet « Dites nous » (Tell Me) et gestion du ruban </w:t>
        <w:br/>
        <w:br/>
        <w:t>•</w:t>
        <w:tab/>
        <w:t xml:space="preserve">Création et gestion de documents : démarrage à partir de modèles, ouverture, sauvegarde (local/OneDrive/SharePoint), export PDF, sauvegarde de versions, partage </w:t>
        <w:br/>
        <w:br/>
        <w:t>•</w:t>
        <w:tab/>
        <w:t xml:space="preserve">Saisie et modification du texte : sélection, insertion, correcteur orthographique/grammatical, dictionnaires, AutoCorrect, recherche/remplacement, espace insécables, listes </w:t>
        <w:br/>
        <w:br/>
        <w:t>•</w:t>
        <w:tab/>
        <w:t xml:space="preserve">Mise en forme et styles : styles, thèmes, OpenType, listes hiérarchisées, mise en forme cohérente </w:t>
        <w:br/>
        <w:br/>
        <w:t>•</w:t>
        <w:tab/>
        <w:t xml:space="preserve">Éléments avancés : tableaux, styles, équations manuscrites, insertion d’images/vidéos, Smart Lookup intégré (volet Aperçus), insertion automatique, insertions rapides </w:t>
        <w:br/>
        <w:br/>
        <w:t>•</w:t>
        <w:tab/>
        <w:t>Collaboration et partage : suivi des modifications, commentaires avec fils de discussion, co édition en temps réel, partage via OneDrive/SharePoint Navigation et personnalisation : volet Navigation pour structurer les documents, personnalisation de la barre d’état, création de raccourcis clavier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