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Certification Google AdWords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 Noëlle/ Coffinet, Pierre Henri/ </w:t>
            </w:r>
          </w:p>
        </w:tc>
      </w:tr>
      <w:tr>
        <w:trPr>
          <w:trHeight w:val="567"/>
        </w:trPr>
        <w:tc>
          <w:tcPr>
            <w:tcW w:type="dxa" w:w="3000"/>
          </w:tcPr>
          <w:p>
            <w:r>
              <w:t>Adresse bib.</w:t>
            </w:r>
          </w:p>
        </w:tc>
        <w:tc>
          <w:tcPr>
            <w:tcW w:type="dxa" w:w="7000"/>
          </w:tcPr>
          <w:p>
            <w:r>
              <w:t xml:space="preserve">Edition ENI/ </w:t>
            </w:r>
          </w:p>
        </w:tc>
      </w:tr>
      <w:tr>
        <w:trPr>
          <w:trHeight w:val="567"/>
        </w:trPr>
        <w:tc>
          <w:tcPr>
            <w:tcW w:type="dxa" w:w="3000"/>
          </w:tcPr>
          <w:p>
            <w:r>
              <w:t>Nombre de Pages</w:t>
            </w:r>
          </w:p>
        </w:tc>
        <w:tc>
          <w:tcPr>
            <w:tcW w:type="dxa" w:w="7000"/>
          </w:tcPr>
          <w:p>
            <w:r>
              <w:t>380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Objectif web(N°:None)</w:t>
            </w:r>
          </w:p>
        </w:tc>
      </w:tr>
      <w:tr>
        <w:trPr>
          <w:trHeight w:val="567"/>
        </w:trPr>
        <w:tc>
          <w:tcPr>
            <w:tcW w:type="dxa" w:w="3000"/>
          </w:tcPr>
          <w:p>
            <w:r>
              <w:t>Numéro d'Identification</w:t>
            </w:r>
          </w:p>
        </w:tc>
        <w:tc>
          <w:tcPr>
            <w:tcW w:type="dxa" w:w="7000"/>
          </w:tcPr>
          <w:p>
            <w:r>
              <w:t>9782409004421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google Ads/ </w:t>
            </w:r>
          </w:p>
        </w:tc>
      </w:tr>
    </w:tbl>
    <w:p>
      <w:pPr>
        <w:pStyle w:val="Heading3"/>
      </w:pPr>
      <w:r>
        <w:t>Résumé :</w:t>
      </w:r>
    </w:p>
    <w:p>
      <w:r>
        <w:t>Ce livre s'adresse à tous ceux qui souhaitent passer le premier examen de Certification Google AdWords appelé Les bases de la publicité et à tous ceux qui débutent dans l'utilisation de Google AdWords :au-delà des points clés de la Certification, cet ouvrage vous propose de comprendre et maîtriser les fondamentaux de l'outil grâce à un contenu riche, largement illustré et à une approche pédagogique. Chaque chapitre se termine par une série de questions qui vous permettra de vérifier vos connaissances et sera une aide précieuse pour vous préparer au passage de l'examen de certification.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