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VBook(N°:None)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9782409000935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w:t>
            </w:r>
          </w:p>
        </w:tc>
      </w:tr>
    </w:tbl>
    <w:p>
      <w:pPr>
        <w:pStyle w:val="Heading3"/>
      </w:pPr>
      <w:r>
        <w:t>Résumé :</w:t>
      </w:r>
    </w:p>
    <w:p>
      <w:r>
        <w:t>Ce livre de référence pour apprendre à utiliser son ordinateur équipé de Windows 10 et d'un complément sous forme de vidéo sur la découverte de cet environnement sur ordinateur et sur tablette. Livre Windows 10 - Les fonctionnalités utilisateur Ce livre vous présente l'ensemble des fonctionnalités de cette nouvelle version du système d'exploitation de Microsoft, Windows 10. Il est destiné à tout utilisateur d'un ordinateur équipé de Windows 10 muni ou pas d'un écran tactile. Vous découvrirez tout d'abord l'environnement de travail (Bureau, fenêtres...) et les manipulations liées à une utilisation du système sur un écran tactile. Vous apprendrez à gérer les fichiers et dossiers situés sur votre ordinateur mais également sur votre espace de stockage en ligne OneDrive : créer des dossiers, copier/déplacer des fichiers, graver ou compresser les fichiers et effectuer des recherches à l'aide de l'Assistante Cortana. Vous découvrirez quelques applications intégrées à Windows 10 telles que l'application Photos, le Lecteur Windows Media, les applications Contacts, Messagerie, Calendrier et Skype ainsi que le nouveau navigateur internet Microsoft Edge. Lorsque vous serez familiarisé avec cet environnement, vous serez à même de le configurer, créer des compte utilisateurs et personnaliser l'interface (arrière-plan, raccourcis, vignettes du menu Démarrer...). Vous découvrirez dans la partie consacrée à la communication les fonctions liées au partage des données via un réseau (domestique ou professionnel) et la connexion à distance. La dernière partie de ce manuel aborde des notions plus techniques sur les outils système (Gestionnaire des tâches, défragmentation, Nettoyeur de disque, Enregistreur d'actions...), la sauvegarde et restauration des fichiers et du système, l'installation de périphériques et d'applications, la protection de votre ordinateur et la sécurité de vos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