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Paiola, Philippe/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9782409010415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10 (système d'exploitation des ordinateurs)/ </w:t>
            </w:r>
          </w:p>
        </w:tc>
      </w:tr>
    </w:tbl>
    <w:p>
      <w:pPr>
        <w:pStyle w:val="Heading3"/>
      </w:pPr>
      <w:r>
        <w:t>Résumé :</w:t>
      </w:r>
    </w:p>
    <w:p>
      <w:r>
        <w:t>Cet ouvrage sur Windows 10 (rédigé sur la version Creators Update d'avril 2017) s'adresse à des administrateurs et techniciens réseau qui évoluent dans un environnement d'entreprise avec des postes clients Windows 10. Il a été conçu pour permettre au lecteur de maîtriser toutes les spécificités du système d'exploitation client Microsoft : l'installation et la configuration de l'OS, la personnalisation de l'interface (tous les mouvements tactiles sont détaillés), le partitionnement des disques et la gestion des pilotes de périphériques, la gestion des clients Windows (accès à distance, imprimantes, BranchCache...), les fonctionnalités liées à la sécurité avec entre autres EFS, BitLocker et AppLocker, ainsi que la protection et la récupération du système. L'objectif de ce livre est de rendre le lecteur autonome en termes de maintenance du système, de surveillance et d'optimisation des performances. Chaque sujet est approfondi et détaillé : tous les concepts sont illustrés par des manipulations afin de bien en assimiler les mécanismes. Les chapitres du livre : Avant-propos - Installation du client Windows 10 - Conception d'une image de déploiement - Interface et applications - Gestion des disques et des pilotes - Gestion des clients Windows - Configuration de la sécurité Windows - Connectivité réseau - Protection et récupération du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